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Підписний лист</w:t>
        <w:br/>
        <w:t>про підтримку кандидата на членство у молодіжній раді при Почаївській міській раді</w:t>
      </w:r>
    </w:p>
    <w:p>
      <w:r>
        <w:rPr>
          <w:b/>
        </w:rPr>
        <w:t xml:space="preserve">Кандидат: </w:t>
      </w:r>
      <w:r>
        <w:t>________________________________________________________________________________</w:t>
      </w:r>
    </w:p>
    <w:p>
      <w:r>
        <w:rPr>
          <w:b/>
        </w:rPr>
        <w:t xml:space="preserve">Суть питання, яке порушується кандидатом: </w:t>
      </w:r>
      <w:r>
        <w:t>__________________________________________________________</w:t>
        <w:br/>
      </w:r>
      <w:r>
        <w:t>_________________________________________________________________________________________________________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39"/>
        <w:gridCol w:w="1939"/>
        <w:gridCol w:w="1939"/>
        <w:gridCol w:w="1939"/>
        <w:gridCol w:w="1939"/>
        <w:gridCol w:w="1939"/>
        <w:gridCol w:w="1939"/>
      </w:tblGrid>
      <w:tr>
        <w:tc>
          <w:tcPr>
            <w:tcW w:type="dxa" w:w="567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№</w:t>
              <w:br/>
              <w:t>з/п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Прізвище, ім'я,</w:t>
              <w:br/>
              <w:t>по батькові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Дата, місяць, рік</w:t>
              <w:br/>
              <w:t>народження</w:t>
            </w: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Адреса реєстрації</w:t>
              <w:br/>
              <w:t>місця проживання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Контактний</w:t>
              <w:br/>
              <w:t>телефон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Особистий</w:t>
              <w:br/>
              <w:t>підпис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Дата</w:t>
              <w:br/>
              <w:t>підписання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sectPr w:rsidR="00FC693F" w:rsidRPr="0006063C" w:rsidSect="00034616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